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מגילת רות - חסד ונאמנות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עלילת מגילת רות על ארבעת פרקיה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כמו לקט, גאולה וחסד לפנים משורת הדין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בשאלות של זרות ושייכות דרך דמותה של 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 - בחירה מתוך אפשרויות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ממואב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באשר תלכי אלך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רות הייתה מואבייה שהצטרפה לעם ישראל מרצונה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נעמי רצתה שהכלות ימצאו בית חדש משלהן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בועז היה ממשפחת אלימלך ולכן יכול היה לגאול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אלהיך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לקיטת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נעלו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הדמות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(חוזרת לבית לחם לאחר אובדן בעלה ובניה)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(דבקה בחמותה ומלקטת שיבולים בשדה)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(בעל השדה שמגלה חסד כלפי 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(הכלה שחוזרת למואב)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אלימלך ובניו עוזבים את בית לחם למואב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נעמי שבה לבית לחם ורות דבקה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רות מלקטת שיבולים בשדה בועז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רות פוגשת את בועז בגורן בעצת נעמי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יכול לציין את דבקותה בנעמי, נכונותה לעזוב את עמה וארצה, או עבודתה הקשה בשדה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נעמי ורות - חמות וכלה שחוזרות יחד לבית לחם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מצווה שמאפשרת לעניים ללקט שיבולים שנפלו בשדה, וכך רות מתפרנסת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 בנם של רות ובועז הוא סבו של ישי, אבי דוד המלך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קטעים נבחרים מהמגילה בקול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שאלות הזרות והשייכות לדיון כיתתי פתוח ורגיש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הפעילויות לשתי מערכות שיעור - חלק עלילה וחלק ערכים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מגילת רות - חסד ונאמנות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מגילת רות מספרת על נעמי ורות, שתי נשים שאיבדו את בני משפחתן וחוזרות לבית לחם. בדרכן הן פוגשות את בועז, ודרך מעשי חסד הסיפור מגיע לסוף טוב - ואף לשושלת בית דוד.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לקיטת  ·  נעלו  ·  אלהיך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הסיפור - בחירה מתוך אפשרויות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מהיכן חוזרת נעמי לבית לחם?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ממואב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מבבל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משתי כלותיה של נעמי נשארת איתה?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ערפה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שתיהן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אומרת רות לנעמי במשפט המפורסם?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אשובה למואב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באשר תלכי אלך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איני יכולה ללכת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רות הייתה ממוצא מואבי ולא יהודי מלידה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נעמי עודדה את רות ואת ערפה לחזור למואב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בועז היה קרוב משפחה רחוק של אלימלך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רות אמרה לנעמי: עמך עמי ו__________ אלהי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בשדה בועז רות עסקה ב__________ שיבולים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הגואל הקרוב יותר הסיר את __________ כדי לוותר על זכותו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הדמות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נעמי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דבקה בחמותה ומלקטת שיבולים בשדה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בעל השדה שמגלה חסד כלפי 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בועז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הכלה שחוזרת למואב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ערפה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חוזרת לבית לחם לאחר אובדן בעלה ובניה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מהלך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רות פוגשת את בועז בגורן בעצת נעמי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רות מלקטת שיבולים בשדה בועז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אלימלך ובניו עוזבים את בית לחם למואב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נעמי שבה לבית לחם ורות דבקה 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בעיניכם הופך את רות לדוגמה של חסד ונאמנות? הביאו דוגמה אחת מהמגילה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הן שתי הנשים הראשיות במגילת 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מצוות הלקט ואיך היא קשורה לסיפור?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מגילת רות - חסד ונאמנות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