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מגילת רות - חסד ונאמנות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מגילת רות על ארבעת פרקיה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לקט, גאולה וחסד לפנים משורת הדין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בשאלות של זרות ושייכות דרך דמותה של 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 - בחירה מתוך 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ממואב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באשר תלכי אלך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בועז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השארת שיבולים שנפלו לעניים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רות נפגשת עם בועז בלילה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פלוני אלמוני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עובד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רות הייתה מואבייה שהצטרפה לעם ישראל מרצונה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נעמי רצתה שהכלות ימצאו בית חדש משלהן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בועז היה ממשפחת אלימלך ולכן יכול היה לגאול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היא מכונה בפרק ג פסוק 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מגילת רות נקראת בחג השבועות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עובד הוליד את ישי, ישי הוליד את דוד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אלהיך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לקיטת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נעלו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שבועות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מרא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הדמות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(חוזרת לבית לחם לאחר אובדן בעלה ובניה)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(דבקה בחמותה ומלקטת שיבולים בשדה)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(בעל השדה שמגלה חסד כלפי 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(הכלה שחוזרת למואב)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(הבן שנולד לרות ובועז)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(הגואל שמוותר על זכותו)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אלימלך ובניו עוזבים את בית לחם למואב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נעמי שבה לבית לחם ורות דבקה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רות מלקטת שיבולים בשדה בועז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רות פוגשת את בועז בגורן בעצת נעמי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בועז גואל את השדה ונושא את רות לאישה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נולד עובד, סבו של דוד המלך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יכול לציין את דבקותה בנעמי, נכונותה לעזוב את עמה וארצה, או עבודתה הקשה בשדה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לבדוק הבעת רגשות וחיבור לנושא הזרות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עשיית טוב מעבר לחובה החוקית, למשל בועז שנתן לרות יותר משיבולים בודדות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נעמי ורות - חמות וכלה שחוזרות יחד לבית לחם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מצווה שמאפשרת לעניים ללקט שיבולים שנפלו בשדה, וכך רות מתפרנסת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 בנם של רות ובועז הוא סבו של ישי, אבי דוד המלך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קטעים נבחרים מהמגילה בקול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שאלות הזרות והשייכות לדיון כיתתי פתוח ורגיש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הפעילויות לשתי מערכות שיעור - חלק עלילה וחלק ערכים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מגילת רות - חסד ונאמנות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מגילת רות מספרת על שתי נשים - נעמי ורות. הן עניות וחוזרות לבית לחם. איש טוב בשם בועז עוזר להן. בסוף רות מתחתנת עם בועז.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שיבולים שנפלו בזמן הקציר ומגיעות לעניים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גאולה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פדיון שדה או אדם על ידי קרוב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קרוב משפחה שתפקידו לעזור ולפדות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חסד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טוב לב ועזרה, גם מעבר למה שחייבים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דשים את התבואה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קרוב משפחה שנושא אלמנה כדי להמשיך את שם המת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מואב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הארץ שממנה הגיעה רות, שם מתה אלימלך ובניו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שושלת דוד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רצף הדורות שמוביל מרות ובועז עד דוד המלך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 - בחירה מתוך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נעמי חוזרת לבית לחם מאיזו 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כלה נשארת עם נעמי?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ערפה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רות אומרת לנעמי שהיא תעשה?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אשובה למואב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באשר תלכי אלך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איני יכולה ללכת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אשאר כאן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בעל השדה שבו רות מלקטת?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אלימלך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לקט?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חובה לתת מעשר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איסור לקצור בשבת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השארת שיבולים שנפלו לעניים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חובה לשלם 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בפרק שנקרא הגורן?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רות נפגשת עם בועז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בועז נוסע למואב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נעמי מתה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רות חוזרת למואב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מוותר על הזכות לגאול את השדה?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פלוני אלמוני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אלימלך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מי נולד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רות הייתה ממוצא מואבי ולא יהודי מלידה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נעמי עודדה את רות ואת ערפה לחזור למואב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בועז היה קרוב משפחה רחוק של אלימלך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רות היא האישה היחידה בתנך שנקראת אשת חיל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המגילה נקראת בחג הפסח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 הוא סבו של דוד המלך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רות אמרה לנעמי: עמך עמי ו__________ אלהי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בשדה בועז רות עסקה ב__________ שיבולים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הגואל הקרוב יותר הסיר את __________ כדי לוותר על זכותו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רות ילדה בן ושמו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המגילה נקראת בחג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נעמי ביקשה שיקראו לה __________ כי המר לה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הדמות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נעמי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בעל השדה שמגלה חסד כלפי 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הכלה שחוזרת למואב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חוזרת לבית לחם לאחר אובדן בעלה ובניה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דבקה בחמותה ומלקטת שיבולים בשדה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הגואל שמוותר על זכותו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פלוני אלמוני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הבן שנולד לרות ובועז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בועז גואל את השדה ונושא את רות לאישה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נולד עובד, סבו של דוד המלך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נעמי שבה לבית לחם ורות דבקה 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אלימלך ובניו עוזבים את בית לחם למואב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רות מלקטת שיבולים בשדה בועז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רות פוגשת את בועז בגורן בעצת נעמי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בעיניכם הופך את רות לדוגמה של חסד ונאמנות? הביאו דוגמה אחת מהמגילה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רות הייתה זרה בבית לחם. כתבו על מצב שבו הרגשתם זרים או שונים, ואיך זה הרגיש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חסד לפנים משורת הדין? תנו דוגמה מהמגילה ודוגמה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הן שתי הנשים הראשיות במגילת 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מצוות הלקט ואיך היא קשורה לסיפור?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רות ובועז לבין דוד המלך?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מגילת רות - חסד ונאמנות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