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ספרות ותנ״ך: מסע בין סיפורים ופסוקים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מגילת רות - חסד ונאמנות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עלילת מגילת רות על ארבעת פרקיה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מושגים כמו לקט, גאולה וחסד לפנים משורת הדין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לדון בשאלות של זרות ושייכות דרך דמותה של 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הסיפור - בחירה מתוך אפשרויות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ממואב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באשר תלכי אלך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בועז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השארת שיבולים שנפלו לעניים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רות נפגשת עם בועז בלילה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ב – פלוני אלמוני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8. ב – עובד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רות הייתה מואבייה שהצטרפה לעם ישראל מרצונה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נעמי רצתה שהכלות ימצאו בית חדש משלהן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בועז היה ממשפחת אלימלך ולכן יכול היה לגאול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היא מכונה בפרק ג פסוק יא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מגילת רות נקראת בחג השבועות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עובד הוליד את ישי, ישי הוליד את דוד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אלהיך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לקיטת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נעלו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עובד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שבועות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מרא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הדמות לתיאור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(חוזרת לבית לחם לאחר אובדן בעלה ובניה)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(דבקה בחמותה ומלקטת שיבולים בשדה)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(בעל השדה שמגלה חסד כלפי 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(הכלה שחוזרת למואב)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ו (הבן שנולד לרות ובועז)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ה (הגואל שמוותר על זכותו)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מהלך העלילה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אלימלך ובניו עוזבים את בית לחם למואב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נעמי שבה לבית לחם ורות דבקה 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רות מלקטת שיבולים בשדה בועז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רות פוגשת את בועז בגורן בעצת נעמי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בועז גואל את השדה ונושא את רות לאישה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נולד עובד, סבו של דוד המלך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 יכול לציין את דבקותה בנעמי, נכונותה לעזוב את עמה וארצה, או עבודתה הקשה בשדה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- לבדוק הבעת רגשות וחיבור לנושא הזרות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עשיית טוב מעבר לחובה החוקית, למשל בועז שנתן לרות יותר משיבולים בודדות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נעמי ורות - חמות וכלה שחוזרות יחד לבית לחם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מצווה שמאפשרת לעניים ללקט שיבולים שנפלו בשדה, וכך רות מתפרנסת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עובד בנם של רות ובועז הוא סבו של ישי, אבי דוד המלך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לקרוא קטעים נבחרים מהמגילה בקול לפני תחילת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לקשר את שאלות הזרות והשייכות לדיון כיתתי פתוח ורגיש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לחלק את הפעילויות לשתי מערכות שיעור - חלק עלילה וחלק ערכים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ספרות ותנ״ך: מסע בין סיפורים ופסוקים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מגילת רות - חסד ונאמנות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מגילת רות מספרת על נעמי ורות, שתי נשים שאיבדו את בני משפחתן וחוזרות לבית לחם. בדרכן הן פוגשות את בועז, ודרך מעשי חסד הסיפור מגיע לסוף טוב - ואף לשושלת בית דוד.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הסיפור - בחירה מתוך אפשרויות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מהיכן חוזרת נעמי לבית לחם?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ממצרים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ממואב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מבבל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מאדום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משתי כלותיה של נעמי נשארת איתה?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ערפה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שתיהן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אף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אומרת רות לנעמי במשפט המפורסם?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אשובה למואב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באשר תלכי אלך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איני יכולה ללכת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אשאר כאן 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בשדה של מי רות מלקטת שיבולים?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אלימלך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בועז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מחלון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כליון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מהי מצוות הלקט?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חובה לתת מעשר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איסור לקצור בשבת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השארת שיבולים שנפלו לעניים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חובה לשלם מס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קורה בפרק הגורן?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רות נפגשת עם בועז בלילה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בועז נוסע למואב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נעמי מתה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רות חוזרת למואב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מי הוא הגואל הקרוב יותר שמוותר על זכותו?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בועז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פלוני אלמוני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אלימלך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מחלון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8. מי נולד בסוף המגילה?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דוד המלך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עובד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שלמה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רות הייתה ממוצא מואבי ולא יהודי מלידה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נעמי עודדה את רות ואת ערפה לחזור למואב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בועז היה קרוב משפחה רחוק של אלימלך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רות היא האישה היחידה בתנך שנקראת אשת חיל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המגילה נקראת בחג הפסח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עובד הוא סבו של דוד המלך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רות אמרה לנעמי: עמך עמי ו__________ אלהי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בשדה בועז רות עסקה ב__________ שיבולים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הגואל הקרוב יותר הסיר את __________ כדי לוותר על זכותו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רות ילדה בן ושמו היה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המגילה נקראת בחג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נעמי ביקשה שיקראו לה __________ כי המר לה מאוד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הדמות לתיאור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נעמי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דבקה בחמותה ומלקטת שיבולים בשדה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רות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חוזרת לבית לחם לאחר אובדן בעלה ובניה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בועז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הכלה שחוזרת למואב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ערפה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בעל השדה שמגלה חסד כלפי 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עובד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הגואל שמוותר על זכותו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פלוני אלמוני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הבן שנולד לרות ובועז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מהלך העלילה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רות מלקטת שיבולים בשדה בועז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בועז גואל את השדה ונושא את רות לאישה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רות פוגשת את בועז בגורן בעצת נעמי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נולד עובד, סבו של דוד המלך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נעמי שבה לבית לחם ורות דבקה בה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אלימלך ובניו עוזבים את בית לחם למואב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בעיניכם הופך את רות לדוגמה של חסד ונאמנות? הביאו דוגמה אחת מהמגילה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רות הייתה זרה בבית לחם. כתבו על מצב שבו הרגשתם זרים או שונים, ואיך זה הרגיש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מהו חסד לפנים משורת הדין? תנו דוגמה מהמגילה ודוגמה מהחיים שלכם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הן שתי הנשים הראשיות במגילת רות?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מצוות הלקט ואיך היא קשורה לסיפור?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הקשר בין רות ובועז לבין דוד המלך?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מגילת רות - חסד ונאמנות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